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60" w:before="0"/>
      </w:pPr>
      <w:r>
        <w:rPr>
          <w:b w:val="0"/>
          <w:i w:val="0"/>
          <w:color w:val="1D2733"/>
          <w:sz w:val="24"/>
          <w:szCs w:val="24"/>
          <w:highlight w:val="yellow"/>
          <w:rtl/>
        </w:rPr>
        <w:t>بعد إدراج بحثك في هذا القالب، احذف جميع النصوص المظللة باللون الأصفر، بما في ذلك هذه الجملة، قبل تقديم الملف إلى المجلة.</w:t>
      </w:r>
    </w:p>
    <w:p>
      <w:pPr>
        <w:bidi/>
        <w:spacing w:after="60" w:before="0"/>
      </w:pPr>
      <w:r>
        <w:rPr>
          <w:b w:val="0"/>
          <w:i w:val="0"/>
          <w:color w:val="1D2733"/>
          <w:sz w:val="24"/>
          <w:szCs w:val="24"/>
          <w:highlight w:val="yellow"/>
          <w:rtl/>
        </w:rPr>
        <w:t>تعليمات عامة: اكتب بحثك داخل هذا القالب نفسه دون تغيير هوامشه أو خطوطه. لا تضف أرقام صفحات؛ يتولى النظام ترقيم الصفحات عند النشر. الحد الأعلى لطول البحث 17 صفحة بحسب ملف PDF الذي يُنتجه النظام من ملفك، ويُرفض الملف الذي يتجاوزه. احفظ الملف بصيغة Word (.docx) ولا تحوّله إلى PDF.</w:t>
      </w:r>
    </w:p>
    <w:p>
      <w:pPr>
        <w:bidi/>
        <w:spacing w:after="120" w:before="160"/>
        <w:jc w:val="center"/>
      </w:pPr>
      <w:r>
        <w:rPr>
          <w:b/>
          <w:i w:val="0"/>
          <w:color w:val="1D2733"/>
          <w:sz w:val="34"/>
          <w:szCs w:val="34"/>
          <w:bCs/>
          <w:rtl/>
        </w:rPr>
        <w:t>[عنوان البحث: واضح ودقيق ومعبّر عن مضمونه]</w:t>
      </w:r>
    </w:p>
    <w:p>
      <w:pPr>
        <w:bidi/>
        <w:spacing w:after="60" w:before="0"/>
      </w:pPr>
      <w:r>
        <w:rPr>
          <w:b w:val="0"/>
          <w:i w:val="0"/>
          <w:color w:val="1D2733"/>
          <w:sz w:val="24"/>
          <w:szCs w:val="24"/>
          <w:highlight w:val="yellow"/>
          <w:rtl/>
        </w:rPr>
        <w:t>اكتب العنوان بخط عريض في سطر أو سطرين، دون اختصارات غير مألوفة، ودون رموز مثل () [] {} &lt;&gt;.</w:t>
      </w:r>
    </w:p>
    <w:p>
      <w:pPr>
        <w:bidi/>
        <w:spacing w:after="40" w:before="0"/>
        <w:jc w:val="center"/>
      </w:pPr>
      <w:r>
        <w:rPr>
          <w:b/>
          <w:i w:val="0"/>
          <w:sz w:val="26"/>
          <w:szCs w:val="26"/>
          <w:bCs/>
          <w:rtl/>
        </w:rPr>
        <w:t>[الاسم الكامل للمؤلف الأول]¹، [الاسم الكامل للمؤلف الثاني]²</w:t>
      </w:r>
    </w:p>
    <w:p>
      <w:pPr>
        <w:bidi/>
        <w:spacing w:after="20" w:before="0"/>
        <w:jc w:val="center"/>
      </w:pPr>
      <w:r>
        <w:rPr>
          <w:b w:val="0"/>
          <w:i w:val="0"/>
          <w:color w:val="555555"/>
          <w:sz w:val="22"/>
          <w:szCs w:val="22"/>
          <w:rtl/>
        </w:rPr>
        <w:t>¹ [القسم، المؤسسة، المدينة، الدولة] — [البريد الإلكتروني]</w:t>
      </w:r>
    </w:p>
    <w:p>
      <w:pPr>
        <w:bidi/>
        <w:spacing w:after="20" w:before="0"/>
        <w:jc w:val="center"/>
      </w:pPr>
      <w:r>
        <w:rPr>
          <w:b w:val="0"/>
          <w:i w:val="0"/>
          <w:color w:val="555555"/>
          <w:sz w:val="22"/>
          <w:szCs w:val="22"/>
          <w:rtl/>
        </w:rPr>
        <w:t>² [القسم، المؤسسة، المدينة، الدولة] — [البريد الإلكتروني]</w:t>
      </w:r>
    </w:p>
    <w:p>
      <w:pPr>
        <w:bidi/>
        <w:spacing w:after="160" w:before="0"/>
        <w:jc w:val="center"/>
      </w:pPr>
      <w:r>
        <w:rPr>
          <w:b w:val="0"/>
          <w:i w:val="0"/>
          <w:color w:val="555555"/>
          <w:sz w:val="20"/>
          <w:szCs w:val="20"/>
          <w:rtl/>
        </w:rPr>
        <w:t>معرّف ORCID (اختياري): [0000-0000-0000-0000]</w:t>
      </w:r>
    </w:p>
    <w:p>
      <w:pPr>
        <w:bidi/>
        <w:spacing w:after="60" w:before="0"/>
      </w:pPr>
      <w:r>
        <w:rPr>
          <w:b w:val="0"/>
          <w:i w:val="0"/>
          <w:color w:val="1D2733"/>
          <w:sz w:val="24"/>
          <w:szCs w:val="24"/>
          <w:highlight w:val="yellow"/>
          <w:rtl/>
        </w:rPr>
        <w:t>اكتب الأسماء كما تظهر في الوثائق الرسمية؛ فهي تُنقل كما هي إلى شهادة النشر. وحدّد المؤلف المراسل بعلامة (*).</w:t>
      </w:r>
    </w:p>
    <w:p>
      <w:pPr>
        <w:keepNext/>
        <w:bidi/>
        <w:spacing w:after="80" w:before="200"/>
      </w:pPr>
      <w:r>
        <w:rPr>
          <w:b/>
          <w:i w:val="0"/>
          <w:color w:val="0B4F86"/>
          <w:sz w:val="30"/>
          <w:szCs w:val="30"/>
          <w:bCs/>
          <w:rtl/>
        </w:rPr>
        <w:t>الملخص</w:t>
      </w:r>
    </w:p>
    <w:p>
      <w:pPr>
        <w:bidi/>
        <w:spacing w:after="80" w:before="0"/>
        <w:jc w:val="both"/>
      </w:pPr>
      <w:r>
        <w:rPr>
          <w:b w:val="0"/>
          <w:i w:val="0"/>
          <w:sz w:val="27"/>
          <w:szCs w:val="27"/>
          <w:rtl/>
        </w:rPr>
        <w:t>[نص الملخص]</w:t>
      </w:r>
    </w:p>
    <w:p>
      <w:pPr>
        <w:bidi/>
        <w:spacing w:after="60" w:before="0"/>
      </w:pPr>
      <w:r>
        <w:rPr>
          <w:b w:val="0"/>
          <w:i w:val="0"/>
          <w:color w:val="1D2733"/>
          <w:sz w:val="24"/>
          <w:szCs w:val="24"/>
          <w:highlight w:val="yellow"/>
          <w:rtl/>
        </w:rPr>
        <w:t>ملخص في فقرة واحدة من 150 إلى 250 كلمة: المشكلة، والهدف، والمنهج، وأبرز النتائج، والإسهام.</w:t>
      </w:r>
    </w:p>
    <w:p>
      <w:pPr>
        <w:bidi/>
        <w:spacing w:after="160" w:before="0"/>
      </w:pPr>
      <w:r>
        <w:rPr>
          <w:b/>
          <w:i w:val="0"/>
          <w:sz w:val="26"/>
          <w:szCs w:val="26"/>
          <w:bCs/>
          <w:rtl/>
        </w:rPr>
        <w:t xml:space="preserve">الكلمات المفتاحية: </w:t>
      </w:r>
      <w:r>
        <w:rPr>
          <w:b w:val="0"/>
          <w:i w:val="0"/>
          <w:sz w:val="26"/>
          <w:szCs w:val="26"/>
          <w:rtl/>
        </w:rPr>
        <w:t>[كلمة 1، كلمة 2، كلمة 3، كلمة 4، كلمة 5]</w:t>
      </w:r>
    </w:p>
    <w:p>
      <w:pPr>
        <w:keepNext/>
        <w:spacing w:after="80" w:before="200"/>
        <w:jc w:val="left"/>
      </w:pPr>
      <w:r>
        <w:rPr>
          <w:b/>
          <w:i w:val="0"/>
          <w:color w:val="0B4F86"/>
          <w:sz w:val="30"/>
          <w:szCs w:val="30"/>
          <w:bCs/>
        </w:rPr>
        <w:t>Abstract (English)</w:t>
      </w:r>
    </w:p>
    <w:p>
      <w:pPr>
        <w:spacing w:after="120" w:before="0"/>
        <w:jc w:val="both"/>
      </w:pPr>
      <w:r>
        <w:rPr>
          <w:b w:val="0"/>
          <w:i w:val="0"/>
          <w:sz w:val="28"/>
          <w:szCs w:val="28"/>
        </w:rPr>
        <w:t>[English abstract text]</w:t>
      </w:r>
    </w:p>
    <w:p>
      <w:pPr>
        <w:bidi/>
        <w:spacing w:after="60" w:before="0"/>
      </w:pPr>
      <w:r>
        <w:rPr>
          <w:b w:val="0"/>
          <w:i w:val="0"/>
          <w:color w:val="1D2733"/>
          <w:sz w:val="24"/>
          <w:szCs w:val="24"/>
          <w:highlight w:val="yellow"/>
          <w:rtl/>
        </w:rPr>
        <w:t>ملخص إنجليزي مطابق في مضمونه للملخص العربي، مع Keywords بالإنجليزية.</w:t>
      </w:r>
    </w:p>
    <w:p>
      <w:pPr>
        <w:spacing w:after="160" w:before="0"/>
        <w:jc w:val="left"/>
      </w:pPr>
      <w:r>
        <w:rPr>
          <w:b/>
          <w:i w:val="0"/>
          <w:sz w:val="23"/>
          <w:szCs w:val="23"/>
          <w:bCs/>
        </w:rPr>
        <w:t xml:space="preserve">Keywords: </w:t>
      </w:r>
      <w:r>
        <w:rPr>
          <w:b w:val="0"/>
          <w:i w:val="0"/>
          <w:sz w:val="23"/>
          <w:szCs w:val="23"/>
        </w:rPr>
        <w:t>[keyword 1; keyword 2; keyword 3]</w:t>
      </w:r>
    </w:p>
    <w:p>
      <w:pPr>
        <w:keepNext/>
        <w:bidi/>
        <w:spacing w:after="80" w:before="200"/>
      </w:pPr>
      <w:r>
        <w:rPr>
          <w:b/>
          <w:i w:val="0"/>
          <w:color w:val="0B4F86"/>
          <w:sz w:val="30"/>
          <w:szCs w:val="30"/>
          <w:bCs/>
          <w:rtl/>
        </w:rPr>
        <w:t>1. المقدمة</w:t>
      </w:r>
    </w:p>
    <w:p>
      <w:pPr>
        <w:bidi/>
        <w:spacing w:after="120" w:before="0"/>
        <w:jc w:val="both"/>
      </w:pPr>
      <w:r>
        <w:rPr>
          <w:b w:val="0"/>
          <w:i w:val="0"/>
          <w:sz w:val="28"/>
          <w:szCs w:val="28"/>
          <w:rtl/>
        </w:rPr>
        <w:t>[اكتب النص هنا]</w:t>
      </w:r>
    </w:p>
    <w:p>
      <w:pPr>
        <w:bidi/>
        <w:spacing w:after="60" w:before="0"/>
      </w:pPr>
      <w:r>
        <w:rPr>
          <w:b w:val="0"/>
          <w:i w:val="0"/>
          <w:color w:val="1D2733"/>
          <w:sz w:val="24"/>
          <w:szCs w:val="24"/>
          <w:highlight w:val="yellow"/>
          <w:rtl/>
        </w:rPr>
        <w:t>عرّف بموضوع البحث وسياقه وأهميته، وانتهِ بعرض موجز لما يقدمه البحث.</w:t>
      </w:r>
    </w:p>
    <w:p>
      <w:pPr>
        <w:keepNext/>
        <w:bidi/>
        <w:spacing w:after="80" w:before="200"/>
      </w:pPr>
      <w:r>
        <w:rPr>
          <w:b/>
          <w:i w:val="0"/>
          <w:color w:val="0B4F86"/>
          <w:sz w:val="30"/>
          <w:szCs w:val="30"/>
          <w:bCs/>
          <w:rtl/>
        </w:rPr>
        <w:t>2. مشكلة البحث وأسئلته وأهدافه</w:t>
      </w:r>
    </w:p>
    <w:p>
      <w:pPr>
        <w:bidi/>
        <w:spacing w:after="120" w:before="0"/>
        <w:jc w:val="both"/>
      </w:pPr>
      <w:r>
        <w:rPr>
          <w:b w:val="0"/>
          <w:i w:val="0"/>
          <w:sz w:val="28"/>
          <w:szCs w:val="28"/>
          <w:rtl/>
        </w:rPr>
        <w:t>[اكتب النص هنا]</w:t>
      </w:r>
    </w:p>
    <w:p>
      <w:pPr>
        <w:bidi/>
        <w:spacing w:after="60" w:before="0"/>
      </w:pPr>
      <w:r>
        <w:rPr>
          <w:b w:val="0"/>
          <w:i w:val="0"/>
          <w:color w:val="1D2733"/>
          <w:sz w:val="24"/>
          <w:szCs w:val="24"/>
          <w:highlight w:val="yellow"/>
          <w:rtl/>
        </w:rPr>
        <w:t>حدّد المشكلة بدقة، وصُغ الأسئلة أو الفرضيات، واذكر الأهداف القابلة للقياس.</w:t>
      </w:r>
    </w:p>
    <w:p>
      <w:pPr>
        <w:keepNext/>
        <w:bidi/>
        <w:spacing w:after="80" w:before="200"/>
      </w:pPr>
      <w:r>
        <w:rPr>
          <w:b/>
          <w:i w:val="0"/>
          <w:color w:val="0B4F86"/>
          <w:sz w:val="30"/>
          <w:szCs w:val="30"/>
          <w:bCs/>
          <w:rtl/>
        </w:rPr>
        <w:t>3. الدراسات السابقة والإطار النظري</w:t>
      </w:r>
    </w:p>
    <w:p>
      <w:pPr>
        <w:bidi/>
        <w:spacing w:after="120" w:before="0"/>
        <w:jc w:val="both"/>
      </w:pPr>
      <w:r>
        <w:rPr>
          <w:b w:val="0"/>
          <w:i w:val="0"/>
          <w:sz w:val="28"/>
          <w:szCs w:val="28"/>
          <w:rtl/>
        </w:rPr>
        <w:t>[اكتب النص هنا]</w:t>
      </w:r>
    </w:p>
    <w:p>
      <w:pPr>
        <w:bidi/>
        <w:spacing w:after="60" w:before="0"/>
      </w:pPr>
      <w:r>
        <w:rPr>
          <w:b w:val="0"/>
          <w:i w:val="0"/>
          <w:color w:val="1D2733"/>
          <w:sz w:val="24"/>
          <w:szCs w:val="24"/>
          <w:highlight w:val="yellow"/>
          <w:rtl/>
        </w:rPr>
        <w:t>ناقش الدراسات ذات الصلة نقديًا، وبيّن الفجوة البحثية التي يعالجها البحث.</w:t>
      </w:r>
    </w:p>
    <w:p>
      <w:pPr>
        <w:keepNext/>
        <w:bidi/>
        <w:spacing w:after="80" w:before="200"/>
      </w:pPr>
      <w:r>
        <w:rPr>
          <w:b/>
          <w:i w:val="0"/>
          <w:color w:val="0B4F86"/>
          <w:sz w:val="30"/>
          <w:szCs w:val="30"/>
          <w:bCs/>
          <w:rtl/>
        </w:rPr>
        <w:t>4. المنهجية</w:t>
      </w:r>
    </w:p>
    <w:p>
      <w:pPr>
        <w:bidi/>
        <w:spacing w:after="120" w:before="0"/>
        <w:jc w:val="both"/>
      </w:pPr>
      <w:r>
        <w:rPr>
          <w:b w:val="0"/>
          <w:i w:val="0"/>
          <w:sz w:val="28"/>
          <w:szCs w:val="28"/>
          <w:rtl/>
        </w:rPr>
        <w:t>[اكتب النص هنا]</w:t>
      </w:r>
    </w:p>
    <w:p>
      <w:pPr>
        <w:bidi/>
        <w:spacing w:after="60" w:before="0"/>
      </w:pPr>
      <w:r>
        <w:rPr>
          <w:b w:val="0"/>
          <w:i w:val="0"/>
          <w:color w:val="1D2733"/>
          <w:sz w:val="24"/>
          <w:szCs w:val="24"/>
          <w:highlight w:val="yellow"/>
          <w:rtl/>
        </w:rPr>
        <w:t>صف المنهج، ومجتمع الدراسة وعينتها أو مصادر البيانات، والأدوات، وإجراءات التحليل، والاعتبارات الأخلاقية عند الحاجة.</w:t>
      </w:r>
    </w:p>
    <w:p>
      <w:pPr>
        <w:keepNext/>
        <w:bidi/>
        <w:spacing w:after="80" w:before="200"/>
      </w:pPr>
      <w:r>
        <w:rPr>
          <w:b/>
          <w:i w:val="0"/>
          <w:color w:val="0B4F86"/>
          <w:sz w:val="30"/>
          <w:szCs w:val="30"/>
          <w:bCs/>
          <w:rtl/>
        </w:rPr>
        <w:t>5. النتائج والمناقشة</w:t>
      </w:r>
    </w:p>
    <w:p>
      <w:pPr>
        <w:bidi/>
        <w:spacing w:after="120" w:before="0"/>
        <w:jc w:val="both"/>
      </w:pPr>
      <w:r>
        <w:rPr>
          <w:b w:val="0"/>
          <w:i w:val="0"/>
          <w:sz w:val="28"/>
          <w:szCs w:val="28"/>
          <w:rtl/>
        </w:rPr>
        <w:t>[اكتب النص هنا]</w:t>
      </w:r>
    </w:p>
    <w:p>
      <w:pPr>
        <w:bidi/>
        <w:spacing w:after="60" w:before="0"/>
      </w:pPr>
      <w:r>
        <w:rPr>
          <w:b w:val="0"/>
          <w:i w:val="0"/>
          <w:color w:val="1D2733"/>
          <w:sz w:val="24"/>
          <w:szCs w:val="24"/>
          <w:highlight w:val="yellow"/>
          <w:rtl/>
        </w:rPr>
        <w:t>اعرض النتائج بوضوح، وادعمها بالجداول والأشكال عند الحاجة، ثم ناقشها في ضوء الدراسات السابقة.</w:t>
      </w:r>
    </w:p>
    <w:p>
      <w:pPr>
        <w:keepNext/>
        <w:bidi/>
        <w:spacing w:after="80" w:before="200"/>
      </w:pPr>
      <w:r>
        <w:rPr>
          <w:b/>
          <w:i w:val="0"/>
          <w:color w:val="0B4F86"/>
          <w:sz w:val="30"/>
          <w:szCs w:val="30"/>
          <w:bCs/>
          <w:rtl/>
        </w:rPr>
        <w:t>6. الخاتمة والتوصيات</w:t>
      </w:r>
    </w:p>
    <w:p>
      <w:pPr>
        <w:bidi/>
        <w:spacing w:after="120" w:before="0"/>
        <w:jc w:val="both"/>
      </w:pPr>
      <w:r>
        <w:rPr>
          <w:b w:val="0"/>
          <w:i w:val="0"/>
          <w:sz w:val="28"/>
          <w:szCs w:val="28"/>
          <w:rtl/>
        </w:rPr>
        <w:t>[اكتب النص هنا]</w:t>
      </w:r>
    </w:p>
    <w:p>
      <w:pPr>
        <w:bidi/>
        <w:spacing w:after="60" w:before="0"/>
      </w:pPr>
      <w:r>
        <w:rPr>
          <w:b w:val="0"/>
          <w:i w:val="0"/>
          <w:color w:val="1D2733"/>
          <w:sz w:val="24"/>
          <w:szCs w:val="24"/>
          <w:highlight w:val="yellow"/>
          <w:rtl/>
        </w:rPr>
        <w:t>لخّص أهم النتائج وحدود البحث، وقدّم توصيات ومقترحات بحثية مستقبلية.</w:t>
      </w:r>
    </w:p>
    <w:p>
      <w:pPr>
        <w:keepNext/>
        <w:bidi/>
        <w:spacing w:after="80" w:before="200"/>
      </w:pPr>
      <w:r>
        <w:rPr>
          <w:b/>
          <w:i w:val="0"/>
          <w:color w:val="0B4F86"/>
          <w:sz w:val="30"/>
          <w:szCs w:val="30"/>
          <w:bCs/>
          <w:rtl/>
        </w:rPr>
        <w:t>الجداول والأشكال</w:t>
      </w:r>
    </w:p>
    <w:p>
      <w:pPr>
        <w:bidi/>
        <w:spacing w:after="40" w:before="0"/>
        <w:jc w:val="center"/>
      </w:pPr>
      <w:r>
        <w:rPr>
          <w:b/>
          <w:i w:val="0"/>
          <w:sz w:val="25"/>
          <w:szCs w:val="25"/>
          <w:bCs/>
          <w:rtl/>
        </w:rPr>
        <w:t>جدول (1): [عنوان الجدول]</w:t>
      </w:r>
    </w:p>
    <w:tbl>
      <w:tblPr>
        <w:tblStyle w:val="TableGrid"/>
        <w:tblW w:type="auto" w:w="0"/>
        <w:tblLook w:firstColumn="1" w:firstRow="1" w:lastColumn="0" w:lastRow="0" w:noHBand="0" w:noVBand="1" w:val="04A0"/>
        <w:bidiVisual/>
      </w:tblPr>
      <w:tblGrid>
        <w:gridCol w:w="3024"/>
        <w:gridCol w:w="3024"/>
        <w:gridCol w:w="3024"/>
      </w:tblGrid>
      <w:tr>
        <w:tc>
          <w:tcPr>
            <w:tcW w:type="dxa" w:w="3024"/>
          </w:tcPr>
          <w:p>
            <w:pPr>
              <w:bidi/>
              <w:jc w:val="center"/>
            </w:pPr>
            <w:r/>
            <w:r>
              <w:rPr>
                <w:b/>
                <w:i w:val="0"/>
                <w:sz w:val="22"/>
                <w:szCs w:val="22"/>
                <w:bCs/>
                <w:rtl/>
              </w:rPr>
              <w:t>المتغير</w:t>
            </w:r>
          </w:p>
        </w:tc>
        <w:tc>
          <w:tcPr>
            <w:tcW w:type="dxa" w:w="3024"/>
          </w:tcPr>
          <w:p>
            <w:pPr>
              <w:bidi/>
              <w:jc w:val="center"/>
            </w:pPr>
            <w:r/>
            <w:r>
              <w:rPr>
                <w:b/>
                <w:i w:val="0"/>
                <w:sz w:val="22"/>
                <w:szCs w:val="22"/>
                <w:bCs/>
                <w:rtl/>
              </w:rPr>
              <w:t>القيمة</w:t>
            </w:r>
          </w:p>
        </w:tc>
        <w:tc>
          <w:tcPr>
            <w:tcW w:type="dxa" w:w="3024"/>
          </w:tcPr>
          <w:p>
            <w:pPr>
              <w:bidi/>
              <w:jc w:val="center"/>
            </w:pPr>
            <w:r/>
            <w:r>
              <w:rPr>
                <w:b/>
                <w:i w:val="0"/>
                <w:sz w:val="22"/>
                <w:szCs w:val="22"/>
                <w:bCs/>
                <w:rtl/>
              </w:rPr>
              <w:t>ملاحظات</w:t>
            </w:r>
          </w:p>
        </w:tc>
      </w:tr>
      <w:tr>
        <w:tc>
          <w:tcPr>
            <w:tcW w:type="dxa" w:w="3024"/>
          </w:tcPr>
          <w:p>
            <w:pPr>
              <w:bidi/>
              <w:jc w:val="center"/>
            </w:pPr>
            <w:r>
              <w:rPr>
                <w:b w:val="0"/>
                <w:i w:val="0"/>
                <w:sz w:val="22"/>
                <w:szCs w:val="22"/>
                <w:rtl/>
              </w:rPr>
              <w:t>[ ]</w:t>
            </w:r>
          </w:p>
        </w:tc>
        <w:tc>
          <w:tcPr>
            <w:tcW w:type="dxa" w:w="3024"/>
          </w:tcPr>
          <w:p>
            <w:pPr>
              <w:bidi/>
              <w:jc w:val="center"/>
            </w:pPr>
            <w:r>
              <w:rPr>
                <w:b w:val="0"/>
                <w:i w:val="0"/>
                <w:sz w:val="22"/>
                <w:szCs w:val="22"/>
                <w:rtl/>
              </w:rPr>
              <w:t>[ ]</w:t>
            </w:r>
          </w:p>
        </w:tc>
        <w:tc>
          <w:tcPr>
            <w:tcW w:type="dxa" w:w="3024"/>
          </w:tcPr>
          <w:p>
            <w:pPr>
              <w:bidi/>
              <w:jc w:val="center"/>
            </w:pPr>
            <w:r>
              <w:rPr>
                <w:b w:val="0"/>
                <w:i w:val="0"/>
                <w:sz w:val="22"/>
                <w:szCs w:val="22"/>
                <w:rtl/>
              </w:rPr>
              <w:t>[ ]</w:t>
            </w:r>
          </w:p>
        </w:tc>
      </w:tr>
      <w:tr>
        <w:tc>
          <w:tcPr>
            <w:tcW w:type="dxa" w:w="3024"/>
          </w:tcPr>
          <w:p>
            <w:pPr>
              <w:bidi/>
              <w:jc w:val="center"/>
            </w:pPr>
            <w:r>
              <w:rPr>
                <w:b w:val="0"/>
                <w:i w:val="0"/>
                <w:sz w:val="22"/>
                <w:szCs w:val="22"/>
                <w:rtl/>
              </w:rPr>
              <w:t>[ ]</w:t>
            </w:r>
          </w:p>
        </w:tc>
        <w:tc>
          <w:tcPr>
            <w:tcW w:type="dxa" w:w="3024"/>
          </w:tcPr>
          <w:p>
            <w:pPr>
              <w:bidi/>
              <w:jc w:val="center"/>
            </w:pPr>
            <w:r>
              <w:rPr>
                <w:b w:val="0"/>
                <w:i w:val="0"/>
                <w:sz w:val="22"/>
                <w:szCs w:val="22"/>
                <w:rtl/>
              </w:rPr>
              <w:t>[ ]</w:t>
            </w:r>
          </w:p>
        </w:tc>
        <w:tc>
          <w:tcPr>
            <w:tcW w:type="dxa" w:w="3024"/>
          </w:tcPr>
          <w:p>
            <w:pPr>
              <w:bidi/>
              <w:jc w:val="center"/>
            </w:pPr>
            <w:r>
              <w:rPr>
                <w:b w:val="0"/>
                <w:i w:val="0"/>
                <w:sz w:val="22"/>
                <w:szCs w:val="22"/>
                <w:rtl/>
              </w:rPr>
              <w:t>[ ]</w:t>
            </w:r>
          </w:p>
        </w:tc>
      </w:tr>
    </w:tbl>
    <w:p>
      <w:pPr>
        <w:bidi/>
        <w:spacing w:after="120" w:before="0"/>
        <w:jc w:val="center"/>
      </w:pPr>
      <w:r>
        <w:rPr>
          <w:b w:val="0"/>
          <w:i w:val="0"/>
          <w:color w:val="555555"/>
          <w:sz w:val="22"/>
          <w:szCs w:val="22"/>
          <w:rtl/>
        </w:rPr>
        <w:t>المصدر: [المصدر]</w:t>
      </w:r>
    </w:p>
    <w:p>
      <w:pPr>
        <w:bidi/>
        <w:spacing w:after="60" w:before="0"/>
      </w:pPr>
      <w:r>
        <w:rPr>
          <w:b w:val="0"/>
          <w:i w:val="0"/>
          <w:color w:val="1D2733"/>
          <w:sz w:val="24"/>
          <w:szCs w:val="24"/>
          <w:highlight w:val="yellow"/>
          <w:rtl/>
        </w:rPr>
        <w:t>أنشئ الجداول بأداة الجداول في Word، ورقّمها وعنونها فوقها. أدرج الأشكال والمخططات صورًا بصيغة PNG أو JPG (انسخ المخطط ثم «لصق خاص ← صورة PNG»)، ورقّمها وعنونها أسفلها. المعادلات تُدرج صورًا واضحة إذا كانت أساسية.</w:t>
      </w:r>
    </w:p>
    <w:p>
      <w:pPr>
        <w:keepNext/>
        <w:bidi/>
        <w:spacing w:after="80" w:before="200"/>
      </w:pPr>
      <w:r>
        <w:rPr>
          <w:b/>
          <w:i w:val="0"/>
          <w:color w:val="0B4F86"/>
          <w:sz w:val="30"/>
          <w:szCs w:val="30"/>
          <w:bCs/>
          <w:rtl/>
        </w:rPr>
        <w:t>الإفصاحات</w:t>
      </w:r>
    </w:p>
    <w:p>
      <w:pPr>
        <w:bidi/>
        <w:spacing w:after="120" w:before="0"/>
        <w:jc w:val="both"/>
      </w:pPr>
      <w:r>
        <w:rPr>
          <w:b w:val="0"/>
          <w:i w:val="0"/>
          <w:sz w:val="28"/>
          <w:szCs w:val="28"/>
          <w:rtl/>
        </w:rPr>
        <w:t>التمويل: [اذكر جهة التمويل أو «لا يوجد»]. تعارض المصالح: [اذكره أو «لا يوجد»]. استخدام أدوات الذكاء الاصطناعي: [اذكر الأداة والغرض أو «لم تُستخدم»].</w:t>
      </w:r>
    </w:p>
    <w:p>
      <w:pPr>
        <w:keepNext/>
        <w:bidi/>
        <w:spacing w:after="80" w:before="200"/>
      </w:pPr>
      <w:r>
        <w:rPr>
          <w:b/>
          <w:i w:val="0"/>
          <w:color w:val="0B4F86"/>
          <w:sz w:val="30"/>
          <w:szCs w:val="30"/>
          <w:bCs/>
          <w:rtl/>
        </w:rPr>
        <w:t>المراجع</w:t>
      </w:r>
    </w:p>
    <w:p>
      <w:pPr>
        <w:bidi/>
        <w:spacing w:after="120" w:before="0"/>
        <w:jc w:val="both"/>
      </w:pPr>
      <w:r>
        <w:rPr>
          <w:b w:val="0"/>
          <w:i w:val="0"/>
          <w:sz w:val="28"/>
          <w:szCs w:val="28"/>
          <w:rtl/>
        </w:rPr>
        <w:t>[المرجع الأول وفق أسلوب التوثيق المعتمد]</w:t>
      </w:r>
    </w:p>
    <w:p>
      <w:pPr>
        <w:bidi/>
        <w:spacing w:after="120" w:before="0"/>
        <w:jc w:val="both"/>
      </w:pPr>
      <w:r>
        <w:rPr>
          <w:b w:val="0"/>
          <w:i w:val="0"/>
          <w:sz w:val="28"/>
          <w:szCs w:val="28"/>
          <w:rtl/>
        </w:rPr>
        <w:t>[المرجع الثاني]</w:t>
      </w:r>
    </w:p>
    <w:p>
      <w:pPr>
        <w:bidi/>
        <w:spacing w:after="60" w:before="0"/>
      </w:pPr>
      <w:r>
        <w:rPr>
          <w:b w:val="0"/>
          <w:i w:val="0"/>
          <w:color w:val="1D2733"/>
          <w:sz w:val="24"/>
          <w:szCs w:val="24"/>
          <w:highlight w:val="yellow"/>
          <w:rtl/>
        </w:rPr>
        <w:t>اختر أسلوب توثيق معترفًا به ومناسبًا لتخصصك (مثل APA أو IEEE أو Chicago)، والتزم به في النص والقائمة، وتحقّق من كل مرجع، وأضف رابط DOI متى توافر.</w:t>
      </w:r>
    </w:p>
    <w:p>
      <w:pPr>
        <w:bidi/>
        <w:spacing w:after="60" w:before="0"/>
      </w:pPr>
      <w:r>
        <w:rPr>
          <w:b w:val="0"/>
          <w:i w:val="0"/>
          <w:color w:val="1D2733"/>
          <w:sz w:val="24"/>
          <w:szCs w:val="24"/>
          <w:highlight w:val="yellow"/>
          <w:rtl/>
        </w:rPr>
        <w:t>قبل التقديم: تأكد من حذف جميع النصوص المظللة بالأصفر، ومن أن البحث لا يتجاوز 17 صفحة. يجوز تقديم بحث جديد واحد لكل حساب خلال 24 ساعة، ويخضع البحث لفحص تحريري وتحكيم علمي قبل قرار النشر.</w:t>
      </w:r>
    </w:p>
    <w:sectPr w:rsidR="00FC693F" w:rsidRPr="0006063C" w:rsidSect="00034616">
      <w:headerReference w:type="default" r:id="rId9"/>
      <w:pgSz w:w="11906" w:h="16838"/>
      <w:pgMar w:top="1474" w:right="1417" w:bottom="1361" w:left="1417" w:header="624"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Header"/>
      <w:jc w:val="center"/>
    </w:pPr>
    <w:r>
      <w:drawing>
        <wp:inline xmlns:a="http://schemas.openxmlformats.org/drawingml/2006/main" xmlns:pic="http://schemas.openxmlformats.org/drawingml/2006/picture">
          <wp:extent cx="468000" cy="468000"/>
          <wp:docPr id="1" name="Picture 1"/>
          <wp:cNvGraphicFramePr>
            <a:graphicFrameLocks noChangeAspect="1"/>
          </wp:cNvGraphicFramePr>
          <a:graphic>
            <a:graphicData uri="http://schemas.openxmlformats.org/drawingml/2006/picture">
              <pic:pic>
                <pic:nvPicPr>
                  <pic:cNvPr id="0" name="emblem-300.png"/>
                  <pic:cNvPicPr/>
                </pic:nvPicPr>
                <pic:blipFill>
                  <a:blip r:embed="rId1"/>
                  <a:stretch>
                    <a:fillRect/>
                  </a:stretch>
                </pic:blipFill>
                <pic:spPr>
                  <a:xfrm>
                    <a:off x="0" y="0"/>
                    <a:ext cx="468000" cy="468000"/>
                  </a:xfrm>
                  <a:prstGeom prst="rect"/>
                </pic:spPr>
              </pic:pic>
            </a:graphicData>
          </a:graphic>
        </wp:inline>
      </w:drawing>
    </w:r>
  </w:p>
  <w:p>
    <w:pPr>
      <w:bidi/>
      <w:jc w:val="center"/>
    </w:pPr>
    <w:r>
      <w:rPr>
        <w:b/>
        <w:color w:val="0B4F86"/>
        <w:sz w:val="19"/>
      </w:rPr>
      <w:t>مجلة الحياة الرقمية والتكنولوجيا  |  Digital Life &amp; Technology</w:t>
    </w:r>
  </w:p>
  <w:p>
    <w:pPr>
      <w:jc w:val="center"/>
      <w:pBdr>
        <w:bottom w:val="single" w:sz="6" w:space="4" w:color="B49A57"/>
      </w:pBdr>
    </w:pPr>
    <w:r>
      <w:rPr>
        <w:color w:val="555555"/>
        <w:sz w:val="16"/>
      </w:rPr>
      <w:t>ISSN 3104-378X (Print) · ISSN 3105-3637 (Online) · digitallt.org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80" w:line="240" w:lineRule="auto"/>
    </w:pPr>
    <w:rPr>
      <w:rFonts w:ascii="Times New Roman" w:hAnsi="Times New Roman" w:cs="Simplified Arabic" w:eastAsia="Times New Roman"/>
      <w:sz w:val="24"/>
      <w:szCs w:val="28"/>
      <w:lang w:bidi="ar-JO"/>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قالب البحث — مجلة الحياة الرقمية والتكنولوجيا</dc:title>
  <dc:subject/>
  <dc:creator>Digital Life &amp; Technology (DLT)</dc:creator>
  <cp:keywords/>
  <dc:description>Template 2026-10-23</dc:description>
  <cp:lastModifiedBy/>
  <cp:revision>1</cp:revision>
  <dcterms:created xsi:type="dcterms:W3CDTF">2013-12-23T23:15:00Z</dcterms:created>
  <dcterms:modified xsi:type="dcterms:W3CDTF">2013-12-23T23:15:00Z</dcterms:modified>
  <cp:category/>
</cp:coreProperties>
</file>